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BC2" w:rsidRPr="00E045F8" w:rsidRDefault="00ED1091" w:rsidP="00E045F8">
      <w:pPr>
        <w:pStyle w:val="Heading1"/>
        <w:spacing w:before="0"/>
        <w:jc w:val="center"/>
        <w:rPr>
          <w:color w:val="auto"/>
          <w:sz w:val="32"/>
          <w:szCs w:val="32"/>
        </w:rPr>
      </w:pPr>
      <w:r w:rsidRPr="00E045F8">
        <w:rPr>
          <w:color w:val="auto"/>
          <w:sz w:val="32"/>
          <w:szCs w:val="32"/>
        </w:rPr>
        <w:t xml:space="preserve">Forks Spark House Maker Space </w:t>
      </w:r>
      <w:r w:rsidR="00E045F8" w:rsidRPr="00E045F8">
        <w:rPr>
          <w:color w:val="auto"/>
          <w:sz w:val="32"/>
          <w:szCs w:val="32"/>
        </w:rPr>
        <w:t>Meeting – Signup &amp; Interest Form</w:t>
      </w:r>
    </w:p>
    <w:p w:rsidR="00E045F8" w:rsidRDefault="00E045F8"/>
    <w:p w:rsidR="00CA187D" w:rsidRDefault="00E045F8">
      <w:r w:rsidRPr="00E045F8">
        <w:rPr>
          <w:rFonts w:asciiTheme="majorHAnsi" w:hAnsiTheme="majorHAnsi" w:cstheme="majorHAnsi"/>
          <w:b/>
          <w:sz w:val="28"/>
          <w:szCs w:val="28"/>
        </w:rPr>
        <w:t>Welcome</w:t>
      </w:r>
      <w:r>
        <w:br/>
      </w:r>
      <w:r>
        <w:br/>
        <w:t>A Maker Space is a community workshop where people come together to create, learn, share tools, and build ideas. We offer access to equipment, classes, and a collaborative environment for makers of all skill levels — from hobbyists to pros.</w:t>
      </w:r>
    </w:p>
    <w:p w:rsidR="00597BC2" w:rsidRDefault="00CA187D">
      <w:r>
        <w:t xml:space="preserve">My contact information: </w:t>
      </w:r>
      <w:hyperlink r:id="rId6" w:history="1">
        <w:r w:rsidRPr="003039ED">
          <w:rPr>
            <w:rStyle w:val="Hyperlink"/>
          </w:rPr>
          <w:t>forkssparkhouse@gmail.com</w:t>
        </w:r>
      </w:hyperlink>
      <w:r>
        <w:t xml:space="preserve">  360 300-6222</w:t>
      </w:r>
      <w:r w:rsidR="00E045F8">
        <w:br/>
      </w:r>
      <w:r w:rsidR="00E045F8">
        <w:br/>
        <w:t>Please fill out this form so we can stay connected and plan future activities that match your interests.</w:t>
      </w:r>
    </w:p>
    <w:p w:rsidR="00ED1091" w:rsidRPr="00E045F8" w:rsidRDefault="00E045F8" w:rsidP="00ED1091">
      <w:pPr>
        <w:pStyle w:val="Heading2"/>
        <w:rPr>
          <w:color w:val="auto"/>
        </w:rPr>
      </w:pPr>
      <w:r w:rsidRPr="00E045F8">
        <w:rPr>
          <w:color w:val="auto"/>
        </w:rPr>
        <w:t>Contact Information</w:t>
      </w:r>
    </w:p>
    <w:p w:rsidR="00597BC2" w:rsidRDefault="00E045F8" w:rsidP="006A7683">
      <w:pPr>
        <w:spacing w:before="240"/>
      </w:pPr>
      <w:r>
        <w:t>Name: __________________________________________</w:t>
      </w:r>
    </w:p>
    <w:p w:rsidR="00597BC2" w:rsidRDefault="00E045F8">
      <w:r>
        <w:t>Email: __________________________________________</w:t>
      </w:r>
    </w:p>
    <w:p w:rsidR="00597BC2" w:rsidRDefault="00E045F8">
      <w:r>
        <w:t>Phone (optional): ________________________________</w:t>
      </w:r>
    </w:p>
    <w:tbl>
      <w:tblPr>
        <w:tblStyle w:val="TableGrid"/>
        <w:tblW w:w="100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4"/>
        <w:gridCol w:w="5027"/>
      </w:tblGrid>
      <w:tr w:rsidR="00ED1091" w:rsidTr="00CC34A3">
        <w:trPr>
          <w:jc w:val="center"/>
        </w:trPr>
        <w:tc>
          <w:tcPr>
            <w:tcW w:w="8856" w:type="dxa"/>
            <w:gridSpan w:val="2"/>
          </w:tcPr>
          <w:p w:rsidR="00ED1091" w:rsidRPr="00E045F8" w:rsidRDefault="00ED1091" w:rsidP="00ED1091">
            <w:pPr>
              <w:pStyle w:val="Heading2"/>
              <w:jc w:val="center"/>
              <w:outlineLvl w:val="1"/>
              <w:rPr>
                <w:color w:val="auto"/>
              </w:rPr>
            </w:pPr>
            <w:r w:rsidRPr="00E045F8">
              <w:rPr>
                <w:color w:val="auto"/>
              </w:rPr>
              <w:t>About You</w:t>
            </w:r>
          </w:p>
          <w:p w:rsidR="00ED1091" w:rsidRDefault="00ED1091"/>
        </w:tc>
      </w:tr>
      <w:tr w:rsidR="00ED1091" w:rsidTr="00CC34A3">
        <w:trPr>
          <w:jc w:val="center"/>
        </w:trPr>
        <w:tc>
          <w:tcPr>
            <w:tcW w:w="4428" w:type="dxa"/>
          </w:tcPr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What kinds of projects or materials interest you most?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___________________________________________________________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Special skills, tools, or experience you can share: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___________________________________________________________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Classes or workshops you’d like to see offered: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___________________________________________________________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Classes or workshops you could teach or assist with: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___________________________________________________________</w:t>
            </w:r>
          </w:p>
          <w:p w:rsidR="00ED1091" w:rsidRPr="00ED1091" w:rsidRDefault="00ED1091" w:rsidP="00ED1091">
            <w:pPr>
              <w:spacing w:before="240" w:after="120"/>
              <w:rPr>
                <w:sz w:val="24"/>
                <w:szCs w:val="24"/>
              </w:rPr>
            </w:pPr>
            <w:r w:rsidRPr="00ED1091">
              <w:rPr>
                <w:sz w:val="24"/>
                <w:szCs w:val="24"/>
              </w:rPr>
              <w:t>Things you’d love to learn or try:</w:t>
            </w:r>
          </w:p>
          <w:p w:rsidR="00ED1091" w:rsidRDefault="00ED1091" w:rsidP="00CA187D">
            <w:pPr>
              <w:spacing w:before="240" w:after="120"/>
            </w:pPr>
            <w:r w:rsidRPr="00ED1091">
              <w:rPr>
                <w:sz w:val="24"/>
                <w:szCs w:val="24"/>
              </w:rPr>
              <w:t>___________________________________________________________</w:t>
            </w:r>
          </w:p>
        </w:tc>
        <w:tc>
          <w:tcPr>
            <w:tcW w:w="4428" w:type="dxa"/>
          </w:tcPr>
          <w:p w:rsidR="00ED1091" w:rsidRPr="00E045F8" w:rsidRDefault="00ED1091" w:rsidP="00ED1091">
            <w:pPr>
              <w:pStyle w:val="Heading2"/>
              <w:jc w:val="center"/>
              <w:outlineLvl w:val="1"/>
              <w:rPr>
                <w:color w:val="auto"/>
                <w:sz w:val="36"/>
                <w:szCs w:val="36"/>
              </w:rPr>
            </w:pPr>
            <w:r w:rsidRPr="00E045F8">
              <w:rPr>
                <w:color w:val="auto"/>
                <w:sz w:val="36"/>
                <w:szCs w:val="36"/>
              </w:rPr>
              <w:t>Community &amp; Involvement</w:t>
            </w:r>
          </w:p>
          <w:p w:rsidR="00ED1091" w:rsidRDefault="00ED1091" w:rsidP="00ED1091">
            <w:pPr>
              <w:spacing w:before="240" w:after="120"/>
            </w:pPr>
            <w:r>
              <w:t>Would you like to help organize or volunteer?</w:t>
            </w:r>
          </w:p>
          <w:p w:rsidR="00ED1091" w:rsidRDefault="00ED1091" w:rsidP="00ED1091">
            <w:pPr>
              <w:spacing w:before="240" w:after="120"/>
            </w:pPr>
            <w:r>
              <w:t>☐ Yes  ☐ Maybe  ☐ Not right now</w:t>
            </w:r>
          </w:p>
          <w:p w:rsidR="00ED1091" w:rsidRDefault="00ED1091" w:rsidP="00ED1091">
            <w:pPr>
              <w:spacing w:before="240" w:after="120"/>
            </w:pPr>
            <w:r>
              <w:t>Preferred meeting or class times:</w:t>
            </w:r>
          </w:p>
          <w:p w:rsidR="00ED1091" w:rsidRDefault="00ED1091" w:rsidP="00ED1091">
            <w:pPr>
              <w:spacing w:before="240" w:after="120"/>
            </w:pPr>
            <w:r>
              <w:t>☐ Weekdays ☐ Evenings ☐ Weekends</w:t>
            </w:r>
          </w:p>
          <w:p w:rsidR="00ED1091" w:rsidRDefault="00ED1091" w:rsidP="00ED1091">
            <w:pPr>
              <w:spacing w:before="240" w:after="120"/>
            </w:pPr>
            <w:r>
              <w:t>How did you hear about the Maker Space?</w:t>
            </w:r>
          </w:p>
          <w:p w:rsidR="00ED1091" w:rsidRDefault="00ED1091" w:rsidP="00ED1091">
            <w:pPr>
              <w:spacing w:before="240" w:after="120"/>
            </w:pPr>
            <w:r>
              <w:t>___________________________________________________________</w:t>
            </w:r>
          </w:p>
          <w:p w:rsidR="00ED1091" w:rsidRDefault="00ED1091" w:rsidP="00ED1091">
            <w:pPr>
              <w:spacing w:before="240" w:after="120"/>
            </w:pPr>
            <w:r>
              <w:t>Other comments or ideas:</w:t>
            </w:r>
          </w:p>
          <w:p w:rsidR="00ED1091" w:rsidRDefault="00ED1091" w:rsidP="00ED1091">
            <w:pPr>
              <w:spacing w:before="240" w:after="120"/>
            </w:pPr>
            <w:r>
              <w:t>___________________________________________________________</w:t>
            </w:r>
          </w:p>
          <w:p w:rsidR="00ED1091" w:rsidRDefault="00ED1091"/>
        </w:tc>
      </w:tr>
    </w:tbl>
    <w:p w:rsidR="00ED1091" w:rsidRDefault="00ED1091" w:rsidP="00CA187D"/>
    <w:sectPr w:rsidR="00ED1091" w:rsidSect="00CA187D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7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084A49"/>
    <w:rsid w:val="0015074B"/>
    <w:rsid w:val="0029639D"/>
    <w:rsid w:val="00326F90"/>
    <w:rsid w:val="00597BC2"/>
    <w:rsid w:val="006A7683"/>
    <w:rsid w:val="00AA1D8D"/>
    <w:rsid w:val="00B47730"/>
    <w:rsid w:val="00CA187D"/>
    <w:rsid w:val="00CB0664"/>
    <w:rsid w:val="00CC34A3"/>
    <w:rsid w:val="00E045F8"/>
    <w:rsid w:val="00ED109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A18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rkssparkhous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911A7D-84AD-42D8-BBCD-54FBF633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Martin</cp:lastModifiedBy>
  <cp:revision>2</cp:revision>
  <dcterms:created xsi:type="dcterms:W3CDTF">2025-10-27T22:19:00Z</dcterms:created>
  <dcterms:modified xsi:type="dcterms:W3CDTF">2025-10-27T22:19:00Z</dcterms:modified>
</cp:coreProperties>
</file>